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8D2" w:rsidRDefault="008045AB">
      <w:pPr>
        <w:spacing w:after="120" w:line="240" w:lineRule="auto"/>
        <w:jc w:val="both"/>
      </w:pPr>
      <w:r>
        <w:rPr>
          <w:rFonts w:ascii="Verdana" w:hAnsi="Verdana"/>
          <w:sz w:val="20"/>
        </w:rPr>
        <w:t>Umpire</w:t>
      </w:r>
      <w:r w:rsidR="00D04575">
        <w:rPr>
          <w:rFonts w:ascii="Verdana" w:hAnsi="Verdana"/>
          <w:sz w:val="20"/>
        </w:rPr>
        <w:t>s Report 2025-26</w:t>
      </w:r>
    </w:p>
    <w:p w:rsidR="00A148D2" w:rsidRDefault="008045AB">
      <w:pPr>
        <w:spacing w:after="120" w:line="240" w:lineRule="auto"/>
        <w:jc w:val="both"/>
      </w:pPr>
      <w:r>
        <w:rPr>
          <w:rFonts w:ascii="Verdana" w:hAnsi="Verdana"/>
          <w:sz w:val="20"/>
        </w:rPr>
        <w:t>As a club, we are lucky to have a core of committed umpires</w:t>
      </w:r>
      <w:r w:rsidR="00D04575">
        <w:rPr>
          <w:rFonts w:ascii="Verdana" w:hAnsi="Verdana"/>
          <w:sz w:val="20"/>
        </w:rPr>
        <w:t xml:space="preserve"> which we need to umpire a minimum of 32 games not counting friendlies! T</w:t>
      </w:r>
      <w:r>
        <w:rPr>
          <w:rFonts w:ascii="Verdana" w:hAnsi="Verdana"/>
          <w:sz w:val="20"/>
        </w:rPr>
        <w:t xml:space="preserve">his season was tested when we had a regular </w:t>
      </w:r>
      <w:r w:rsidR="00D04575">
        <w:rPr>
          <w:rFonts w:ascii="Verdana" w:hAnsi="Verdana"/>
          <w:sz w:val="20"/>
        </w:rPr>
        <w:t>umpire</w:t>
      </w:r>
      <w:r>
        <w:rPr>
          <w:rFonts w:ascii="Verdana" w:hAnsi="Verdana"/>
          <w:sz w:val="20"/>
        </w:rPr>
        <w:t xml:space="preserve"> playing every week in the third team ladies and injuries over the season to a player who also </w:t>
      </w:r>
      <w:r w:rsidR="00D04575">
        <w:rPr>
          <w:rFonts w:ascii="Verdana" w:hAnsi="Verdana"/>
          <w:sz w:val="20"/>
        </w:rPr>
        <w:t xml:space="preserve">normally </w:t>
      </w:r>
      <w:r>
        <w:rPr>
          <w:rFonts w:ascii="Verdana" w:hAnsi="Verdana"/>
          <w:sz w:val="20"/>
        </w:rPr>
        <w:t>commit</w:t>
      </w:r>
      <w:r w:rsidR="00D04575">
        <w:rPr>
          <w:rFonts w:ascii="Verdana" w:hAnsi="Verdana"/>
          <w:sz w:val="20"/>
        </w:rPr>
        <w:t>s</w:t>
      </w:r>
      <w:r>
        <w:rPr>
          <w:rFonts w:ascii="Verdana" w:hAnsi="Verdana"/>
          <w:sz w:val="20"/>
        </w:rPr>
        <w:t xml:space="preserve"> to umpiring as well as playing.</w:t>
      </w:r>
    </w:p>
    <w:p w:rsidR="00A148D2" w:rsidRDefault="008045AB">
      <w:pPr>
        <w:spacing w:after="120" w:line="240" w:lineRule="auto"/>
        <w:jc w:val="both"/>
      </w:pPr>
      <w:r>
        <w:rPr>
          <w:rFonts w:ascii="Verdana" w:hAnsi="Verdana"/>
          <w:sz w:val="20"/>
        </w:rPr>
        <w:t>Fortunately, we were able to recruit Sarah, who had moved to the area from Bristol and was able to step in to greatly assist with covering games on Saturday with Paul Rose.</w:t>
      </w:r>
    </w:p>
    <w:p w:rsidR="00A148D2" w:rsidRDefault="008045AB">
      <w:pPr>
        <w:spacing w:after="120" w:line="240" w:lineRule="auto"/>
        <w:jc w:val="both"/>
      </w:pPr>
      <w:r>
        <w:rPr>
          <w:rFonts w:ascii="Verdana" w:hAnsi="Verdana"/>
          <w:sz w:val="20"/>
        </w:rPr>
        <w:t xml:space="preserve">As a club, I think we are all </w:t>
      </w:r>
      <w:proofErr w:type="spellStart"/>
      <w:proofErr w:type="gramStart"/>
      <w:r>
        <w:rPr>
          <w:rFonts w:ascii="Verdana" w:hAnsi="Verdana"/>
          <w:sz w:val="20"/>
        </w:rPr>
        <w:t>realis</w:t>
      </w:r>
      <w:r w:rsidR="00D04575">
        <w:rPr>
          <w:rFonts w:ascii="Verdana" w:hAnsi="Verdana"/>
          <w:sz w:val="20"/>
        </w:rPr>
        <w:t>e</w:t>
      </w:r>
      <w:proofErr w:type="spellEnd"/>
      <w:proofErr w:type="gramEnd"/>
      <w:r>
        <w:rPr>
          <w:rFonts w:ascii="Verdana" w:hAnsi="Verdana"/>
          <w:sz w:val="20"/>
        </w:rPr>
        <w:t xml:space="preserve"> how crucial a good umpire is to a game.</w:t>
      </w:r>
      <w:r w:rsidR="00D04575">
        <w:rPr>
          <w:rFonts w:ascii="Verdana" w:hAnsi="Verdana"/>
          <w:sz w:val="20"/>
        </w:rPr>
        <w:t xml:space="preserve"> Particularly when the game suffers from an unskilled umpire.</w:t>
      </w:r>
      <w:r>
        <w:rPr>
          <w:rFonts w:ascii="Verdana" w:hAnsi="Verdana"/>
          <w:sz w:val="20"/>
        </w:rPr>
        <w:t xml:space="preserve"> An umpire can provide good direction on the pitch and allow players to develop or the game to be played out so that there is enjoyment on all sides, while keeping an eye on safety and overzealous player performance.</w:t>
      </w:r>
    </w:p>
    <w:p w:rsidR="00A148D2" w:rsidRDefault="008045AB">
      <w:pPr>
        <w:spacing w:after="120" w:line="240" w:lineRule="auto"/>
        <w:jc w:val="both"/>
      </w:pPr>
      <w:r>
        <w:rPr>
          <w:rFonts w:ascii="Verdana" w:hAnsi="Verdana"/>
          <w:sz w:val="20"/>
        </w:rPr>
        <w:t>As a club, we are also fortunate to have good-tempered players who are prepared to support the umpire's decisions and to show restraint and maturity on the field.</w:t>
      </w:r>
    </w:p>
    <w:p w:rsidR="00A148D2" w:rsidRDefault="008045AB">
      <w:pPr>
        <w:spacing w:after="120" w:line="240" w:lineRule="auto"/>
        <w:jc w:val="both"/>
      </w:pPr>
      <w:r>
        <w:rPr>
          <w:rFonts w:ascii="Verdana" w:hAnsi="Verdana"/>
          <w:sz w:val="20"/>
        </w:rPr>
        <w:t>This year, we have had 15 people involved in umpiring. There is a varying degree of availability, largely due to players still playing and also lacking the confidence to tackle ladies' first team, men's, and actually to become qualified.</w:t>
      </w:r>
    </w:p>
    <w:p w:rsidR="00A148D2" w:rsidRDefault="008045AB">
      <w:pPr>
        <w:spacing w:after="120" w:line="240" w:lineRule="auto"/>
        <w:jc w:val="both"/>
      </w:pPr>
      <w:r>
        <w:rPr>
          <w:rFonts w:ascii="Verdana" w:hAnsi="Verdana"/>
          <w:sz w:val="20"/>
        </w:rPr>
        <w:t>As a club, we need to develop and mentor these umpires and support them with good communication headsets and support on and off the pitch.</w:t>
      </w:r>
    </w:p>
    <w:p w:rsidR="00A148D2" w:rsidRDefault="008045AB">
      <w:pPr>
        <w:spacing w:after="120" w:line="240" w:lineRule="auto"/>
        <w:jc w:val="both"/>
      </w:pPr>
      <w:r>
        <w:rPr>
          <w:rFonts w:ascii="Verdana" w:hAnsi="Verdana"/>
          <w:sz w:val="20"/>
        </w:rPr>
        <w:t>As a club, we have had an absolute stalwart umpire, Paul Rose. He signalled that he was going to retire last season, but no one quite believed him.</w:t>
      </w:r>
    </w:p>
    <w:p w:rsidR="00A148D2" w:rsidRDefault="008045AB">
      <w:pPr>
        <w:spacing w:after="120" w:line="240" w:lineRule="auto"/>
        <w:jc w:val="both"/>
      </w:pPr>
      <w:r>
        <w:rPr>
          <w:rFonts w:ascii="Verdana" w:hAnsi="Verdana"/>
          <w:sz w:val="20"/>
        </w:rPr>
        <w:t>He has been available throughout this season on many occasions, umpiring two games.</w:t>
      </w:r>
    </w:p>
    <w:p w:rsidR="00A148D2" w:rsidRDefault="008045AB">
      <w:pPr>
        <w:spacing w:after="120" w:line="240" w:lineRule="auto"/>
        <w:jc w:val="both"/>
      </w:pPr>
      <w:r>
        <w:rPr>
          <w:rFonts w:ascii="Verdana" w:hAnsi="Verdana"/>
          <w:sz w:val="20"/>
        </w:rPr>
        <w:t>He is greatly valued by our players, but also opposition players who appreciate his calm and clear decision-making and his calm and clear communication of those decisions.</w:t>
      </w:r>
    </w:p>
    <w:p w:rsidR="00A148D2" w:rsidRDefault="008045AB">
      <w:pPr>
        <w:spacing w:after="120" w:line="240" w:lineRule="auto"/>
        <w:jc w:val="both"/>
      </w:pPr>
      <w:r>
        <w:rPr>
          <w:rFonts w:ascii="Verdana" w:hAnsi="Verdana"/>
          <w:sz w:val="20"/>
        </w:rPr>
        <w:t>As a club, we would like to record our thanks and appreciation of you, Paul. We know that you are still continuing over the summer season and this is appreciated. You have also confirmed that, whilst you may not be umpiring week in, week out, you will be prepared to help on occasion with mentoring and encouraging younger umpires and developing umpires.</w:t>
      </w:r>
    </w:p>
    <w:p w:rsidR="00A148D2" w:rsidRDefault="008045AB">
      <w:pPr>
        <w:spacing w:after="120" w:line="240" w:lineRule="auto"/>
        <w:jc w:val="both"/>
      </w:pPr>
      <w:r>
        <w:rPr>
          <w:rFonts w:ascii="Verdana" w:hAnsi="Verdana"/>
          <w:sz w:val="20"/>
        </w:rPr>
        <w:t>The umpiring fraternity in our club appreciates the WhatsApp group that is set up between captains and umpires to ensure that games are covered. There are many great messages of support and encouragement, but also much hilarity over incidents on the pitch which are recalled.</w:t>
      </w:r>
    </w:p>
    <w:p w:rsidR="00A148D2" w:rsidRDefault="008045AB">
      <w:pPr>
        <w:spacing w:after="120" w:line="240" w:lineRule="auto"/>
        <w:jc w:val="both"/>
      </w:pPr>
      <w:r>
        <w:rPr>
          <w:rFonts w:ascii="Verdana" w:hAnsi="Verdana"/>
          <w:sz w:val="20"/>
        </w:rPr>
        <w:t>We are looking forward to encouraging and developing new umpires over the coming season</w:t>
      </w:r>
      <w:r w:rsidR="00D04575">
        <w:rPr>
          <w:rFonts w:ascii="Verdana" w:hAnsi="Verdana"/>
          <w:sz w:val="20"/>
        </w:rPr>
        <w:t xml:space="preserve"> , thanks to those who have volunteered already</w:t>
      </w:r>
      <w:r>
        <w:rPr>
          <w:rFonts w:ascii="Verdana" w:hAnsi="Verdana"/>
          <w:sz w:val="20"/>
        </w:rPr>
        <w:t>, but I would like to record my very grateful thanks to Paul Rose, Annie, Jack Connabear, Elsbeth, Joe Rendell, Heather, Simon Lamb, Kerry Taylor, Sam Holdsworth, Benny, John Payne, Sue Hutchins, and Rachel G</w:t>
      </w:r>
      <w:r w:rsidR="00D04575">
        <w:rPr>
          <w:rFonts w:ascii="Verdana" w:hAnsi="Verdana"/>
          <w:sz w:val="20"/>
        </w:rPr>
        <w:t>rylls</w:t>
      </w:r>
      <w:r>
        <w:rPr>
          <w:rFonts w:ascii="Verdana" w:hAnsi="Verdana"/>
          <w:sz w:val="20"/>
        </w:rPr>
        <w:t xml:space="preserve"> We missed having Dan Smith as a regular umpire but understand his situation and were greatly encouraged to see him carry out a couple of games. We would also like to record our thanks to Sarah, who enabled us to be able to field umpires where we would have struggled and had to withdraw players from games to be able to meet our commitments.</w:t>
      </w:r>
    </w:p>
    <w:p w:rsidR="00A148D2" w:rsidRDefault="008045AB">
      <w:pPr>
        <w:spacing w:after="120" w:line="240" w:lineRule="auto"/>
        <w:jc w:val="both"/>
      </w:pPr>
      <w:r>
        <w:rPr>
          <w:rFonts w:ascii="Verdana" w:hAnsi="Verdana"/>
          <w:sz w:val="20"/>
        </w:rPr>
        <w:t>Thank you to you all from Dart Hockey Club.</w:t>
      </w:r>
    </w:p>
    <w:sectPr w:rsidR="00A148D2" w:rsidSect="00D04575">
      <w:pgSz w:w="12240" w:h="15840"/>
      <w:pgMar w:top="1440" w:right="1134" w:bottom="1440" w:left="1134" w:header="720" w:footer="720" w:gutter="0"/>
      <w:paperSrc w:first="258" w:other="257"/>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47730"/>
    <w:rsid w:val="00034616"/>
    <w:rsid w:val="0006063C"/>
    <w:rsid w:val="0015074B"/>
    <w:rsid w:val="0029639D"/>
    <w:rsid w:val="00326F90"/>
    <w:rsid w:val="008045AB"/>
    <w:rsid w:val="008F2176"/>
    <w:rsid w:val="00A148D2"/>
    <w:rsid w:val="00AA1D8D"/>
    <w:rsid w:val="00B47730"/>
    <w:rsid w:val="00CB0664"/>
    <w:rsid w:val="00D04575"/>
    <w:rsid w:val="00DC113B"/>
    <w:rsid w:val="00F105D3"/>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4E631-E2B1-471F-9BFF-F82795979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Claire Powlesland</cp:lastModifiedBy>
  <cp:revision>2</cp:revision>
  <cp:lastPrinted>2026-06-01T10:35:00Z</cp:lastPrinted>
  <dcterms:created xsi:type="dcterms:W3CDTF">2026-08-17T09:17:00Z</dcterms:created>
  <dcterms:modified xsi:type="dcterms:W3CDTF">2026-08-17T09:17:00Z</dcterms:modified>
</cp:coreProperties>
</file>