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D24" w:rsidRDefault="001C3C35">
      <w:pPr>
        <w:spacing w:after="120" w:line="240" w:lineRule="auto"/>
        <w:jc w:val="both"/>
      </w:pPr>
      <w:r>
        <w:rPr>
          <w:rFonts w:ascii="Verdana" w:hAnsi="Verdana"/>
          <w:sz w:val="20"/>
        </w:rPr>
        <w:t>Report: DART Ladies 3rd Team</w:t>
      </w:r>
      <w:r w:rsidR="0032342E">
        <w:rPr>
          <w:rFonts w:ascii="Verdana" w:hAnsi="Verdana"/>
          <w:sz w:val="20"/>
        </w:rPr>
        <w:t xml:space="preserve"> 2025-2026</w:t>
      </w:r>
    </w:p>
    <w:p w:rsidR="00A61D24" w:rsidRDefault="001C3C35">
      <w:pPr>
        <w:spacing w:after="120" w:line="240" w:lineRule="auto"/>
        <w:jc w:val="both"/>
      </w:pPr>
      <w:r>
        <w:rPr>
          <w:rFonts w:ascii="Verdana" w:hAnsi="Verdana"/>
          <w:sz w:val="20"/>
        </w:rPr>
        <w:t>The Ladies 3rd Team compete</w:t>
      </w:r>
      <w:r w:rsidR="0032342E">
        <w:rPr>
          <w:rFonts w:ascii="Verdana" w:hAnsi="Verdana"/>
          <w:sz w:val="20"/>
        </w:rPr>
        <w:t>d</w:t>
      </w:r>
      <w:r>
        <w:rPr>
          <w:rFonts w:ascii="Verdana" w:hAnsi="Verdana"/>
          <w:sz w:val="20"/>
        </w:rPr>
        <w:t xml:space="preserve"> in the West Petrock Division 2 for the 2025-2026 League season. DART 3rds finished </w:t>
      </w:r>
      <w:r w:rsidR="0032342E">
        <w:rPr>
          <w:rFonts w:ascii="Verdana" w:hAnsi="Verdana"/>
          <w:sz w:val="20"/>
        </w:rPr>
        <w:t>5</w:t>
      </w:r>
      <w:r w:rsidR="0032342E" w:rsidRPr="0032342E">
        <w:rPr>
          <w:rFonts w:ascii="Verdana" w:hAnsi="Verdana"/>
          <w:sz w:val="20"/>
          <w:vertAlign w:val="superscript"/>
        </w:rPr>
        <w:t>th</w:t>
      </w:r>
      <w:r w:rsidR="0032342E">
        <w:rPr>
          <w:rFonts w:ascii="Verdana" w:hAnsi="Verdana"/>
          <w:sz w:val="20"/>
          <w:vertAlign w:val="superscript"/>
        </w:rPr>
        <w:t>,</w:t>
      </w:r>
      <w:r w:rsidR="0032342E">
        <w:rPr>
          <w:rFonts w:ascii="Verdana" w:hAnsi="Verdana"/>
          <w:sz w:val="20"/>
        </w:rPr>
        <w:t>level on points (22) with Torbay w2 s</w:t>
      </w:r>
      <w:r>
        <w:rPr>
          <w:rFonts w:ascii="Verdana" w:hAnsi="Verdana"/>
          <w:sz w:val="20"/>
        </w:rPr>
        <w:t xml:space="preserve">. </w:t>
      </w:r>
      <w:r w:rsidR="0032342E">
        <w:rPr>
          <w:rFonts w:ascii="Verdana" w:hAnsi="Verdana"/>
          <w:sz w:val="20"/>
        </w:rPr>
        <w:t>Plymouth Lions 4 winning with 42 points Ocean City W3 2</w:t>
      </w:r>
      <w:r w:rsidR="0032342E" w:rsidRPr="0032342E">
        <w:rPr>
          <w:rFonts w:ascii="Verdana" w:hAnsi="Verdana"/>
          <w:sz w:val="20"/>
          <w:vertAlign w:val="superscript"/>
        </w:rPr>
        <w:t>nd</w:t>
      </w:r>
      <w:r w:rsidR="0032342E">
        <w:rPr>
          <w:rFonts w:ascii="Verdana" w:hAnsi="Verdana"/>
          <w:sz w:val="20"/>
        </w:rPr>
        <w:t>.</w:t>
      </w:r>
    </w:p>
    <w:p w:rsidR="00A61D24" w:rsidRDefault="001C3C35">
      <w:pPr>
        <w:spacing w:after="120" w:line="240" w:lineRule="auto"/>
        <w:jc w:val="both"/>
      </w:pPr>
      <w:r>
        <w:rPr>
          <w:rFonts w:ascii="Verdana" w:hAnsi="Verdana"/>
          <w:sz w:val="20"/>
        </w:rPr>
        <w:t>We played 1</w:t>
      </w:r>
      <w:r w:rsidR="0032342E">
        <w:rPr>
          <w:rFonts w:ascii="Verdana" w:hAnsi="Verdana"/>
          <w:sz w:val="20"/>
        </w:rPr>
        <w:t>6</w:t>
      </w:r>
      <w:r>
        <w:rPr>
          <w:rFonts w:ascii="Verdana" w:hAnsi="Verdana"/>
          <w:sz w:val="20"/>
        </w:rPr>
        <w:t xml:space="preserve"> games, winning </w:t>
      </w:r>
      <w:r w:rsidR="0032342E">
        <w:rPr>
          <w:rFonts w:ascii="Verdana" w:hAnsi="Verdana"/>
          <w:sz w:val="20"/>
        </w:rPr>
        <w:t>7</w:t>
      </w:r>
      <w:r>
        <w:rPr>
          <w:rFonts w:ascii="Verdana" w:hAnsi="Verdana"/>
          <w:sz w:val="20"/>
        </w:rPr>
        <w:t xml:space="preserve">, drawing </w:t>
      </w:r>
      <w:r w:rsidR="0032342E">
        <w:rPr>
          <w:rFonts w:ascii="Verdana" w:hAnsi="Verdana"/>
          <w:sz w:val="20"/>
        </w:rPr>
        <w:t>1</w:t>
      </w:r>
      <w:r>
        <w:rPr>
          <w:rFonts w:ascii="Verdana" w:hAnsi="Verdana"/>
          <w:sz w:val="20"/>
        </w:rPr>
        <w:t xml:space="preserve">, and losing </w:t>
      </w:r>
      <w:r w:rsidR="0032342E">
        <w:rPr>
          <w:rFonts w:ascii="Verdana" w:hAnsi="Verdana"/>
          <w:sz w:val="20"/>
        </w:rPr>
        <w:t>8</w:t>
      </w:r>
      <w:r>
        <w:rPr>
          <w:rFonts w:ascii="Verdana" w:hAnsi="Verdana"/>
          <w:sz w:val="20"/>
        </w:rPr>
        <w:t xml:space="preserve">. </w:t>
      </w:r>
    </w:p>
    <w:p w:rsidR="00A61D24" w:rsidRDefault="001C3C35">
      <w:pPr>
        <w:spacing w:after="120" w:line="240" w:lineRule="auto"/>
        <w:jc w:val="both"/>
      </w:pPr>
      <w:r>
        <w:rPr>
          <w:rFonts w:ascii="Verdana" w:hAnsi="Verdana"/>
          <w:sz w:val="20"/>
        </w:rPr>
        <w:t>As you know, we had to withdraw the 4th team from the League</w:t>
      </w:r>
      <w:r w:rsidR="0032342E">
        <w:rPr>
          <w:rFonts w:ascii="Verdana" w:hAnsi="Verdana"/>
          <w:sz w:val="20"/>
        </w:rPr>
        <w:t xml:space="preserve"> in the early part of the season</w:t>
      </w:r>
      <w:r>
        <w:rPr>
          <w:rFonts w:ascii="Verdana" w:hAnsi="Verdana"/>
          <w:sz w:val="20"/>
        </w:rPr>
        <w:t xml:space="preserve"> due to lack of numbers, primarily caused by retirements, injuries, and a shortage of under 14s coming through</w:t>
      </w:r>
      <w:r w:rsidR="0032342E">
        <w:rPr>
          <w:rFonts w:ascii="Verdana" w:hAnsi="Verdana"/>
          <w:sz w:val="20"/>
        </w:rPr>
        <w:t xml:space="preserve"> as the next batch</w:t>
      </w:r>
      <w:r>
        <w:rPr>
          <w:rFonts w:ascii="Verdana" w:hAnsi="Verdana"/>
          <w:sz w:val="20"/>
        </w:rPr>
        <w:t xml:space="preserve">. There will be further under 14s in the next couple of years, but there were </w:t>
      </w:r>
      <w:r w:rsidR="002271A8">
        <w:rPr>
          <w:rFonts w:ascii="Verdana" w:hAnsi="Verdana"/>
          <w:sz w:val="20"/>
        </w:rPr>
        <w:t xml:space="preserve">just </w:t>
      </w:r>
      <w:r>
        <w:rPr>
          <w:rFonts w:ascii="Verdana" w:hAnsi="Verdana"/>
          <w:sz w:val="20"/>
        </w:rPr>
        <w:t>not enough to sustain the 4th team this season.</w:t>
      </w:r>
    </w:p>
    <w:p w:rsidR="00A61D24" w:rsidRDefault="001C3C35">
      <w:pPr>
        <w:spacing w:after="120" w:line="240" w:lineRule="auto"/>
        <w:jc w:val="both"/>
      </w:pPr>
      <w:r>
        <w:rPr>
          <w:rFonts w:ascii="Verdana" w:hAnsi="Verdana"/>
          <w:sz w:val="20"/>
        </w:rPr>
        <w:t xml:space="preserve">There were </w:t>
      </w:r>
      <w:r w:rsidR="0032342E">
        <w:rPr>
          <w:rFonts w:ascii="Verdana" w:hAnsi="Verdana"/>
          <w:sz w:val="20"/>
        </w:rPr>
        <w:t>good</w:t>
      </w:r>
      <w:r>
        <w:rPr>
          <w:rFonts w:ascii="Verdana" w:hAnsi="Verdana"/>
          <w:sz w:val="20"/>
        </w:rPr>
        <w:t xml:space="preserve"> levels of players able to play for the 3rds</w:t>
      </w:r>
      <w:r w:rsidR="00377A40">
        <w:rPr>
          <w:rFonts w:ascii="Verdana" w:hAnsi="Verdana"/>
          <w:sz w:val="20"/>
        </w:rPr>
        <w:t xml:space="preserve"> but </w:t>
      </w:r>
      <w:r w:rsidR="002271A8">
        <w:rPr>
          <w:rFonts w:ascii="Verdana" w:hAnsi="Verdana"/>
          <w:sz w:val="20"/>
        </w:rPr>
        <w:t xml:space="preserve">availability was </w:t>
      </w:r>
      <w:r w:rsidR="00377A40">
        <w:rPr>
          <w:rFonts w:ascii="Verdana" w:hAnsi="Verdana"/>
          <w:sz w:val="20"/>
        </w:rPr>
        <w:t>not a</w:t>
      </w:r>
      <w:r w:rsidR="002271A8">
        <w:rPr>
          <w:rFonts w:ascii="Verdana" w:hAnsi="Verdana"/>
          <w:sz w:val="20"/>
        </w:rPr>
        <w:t>lways</w:t>
      </w:r>
      <w:r w:rsidR="00377A40">
        <w:rPr>
          <w:rFonts w:ascii="Verdana" w:hAnsi="Verdana"/>
          <w:sz w:val="20"/>
        </w:rPr>
        <w:t xml:space="preserve"> constant.</w:t>
      </w:r>
      <w:r>
        <w:rPr>
          <w:rFonts w:ascii="Verdana" w:hAnsi="Verdana"/>
          <w:sz w:val="20"/>
        </w:rPr>
        <w:t xml:space="preserve"> </w:t>
      </w:r>
      <w:r w:rsidR="00377A40">
        <w:rPr>
          <w:rFonts w:ascii="Verdana" w:hAnsi="Verdana"/>
          <w:sz w:val="20"/>
        </w:rPr>
        <w:t xml:space="preserve">We </w:t>
      </w:r>
      <w:proofErr w:type="gramStart"/>
      <w:r w:rsidR="00377A40">
        <w:rPr>
          <w:rFonts w:ascii="Verdana" w:hAnsi="Verdana"/>
          <w:sz w:val="20"/>
        </w:rPr>
        <w:t>had  a</w:t>
      </w:r>
      <w:proofErr w:type="gramEnd"/>
      <w:r w:rsidR="00377A40">
        <w:rPr>
          <w:rFonts w:ascii="Verdana" w:hAnsi="Verdana"/>
          <w:sz w:val="20"/>
        </w:rPr>
        <w:t xml:space="preserve"> mix</w:t>
      </w:r>
      <w:r w:rsidR="002271A8">
        <w:rPr>
          <w:rFonts w:ascii="Verdana" w:hAnsi="Verdana"/>
          <w:sz w:val="20"/>
        </w:rPr>
        <w:t xml:space="preserve"> of players</w:t>
      </w:r>
      <w:r w:rsidR="00377A40">
        <w:rPr>
          <w:rFonts w:ascii="Verdana" w:hAnsi="Verdana"/>
          <w:sz w:val="20"/>
        </w:rPr>
        <w:t xml:space="preserve"> </w:t>
      </w:r>
      <w:r>
        <w:rPr>
          <w:rFonts w:ascii="Verdana" w:hAnsi="Verdana"/>
          <w:sz w:val="20"/>
        </w:rPr>
        <w:t xml:space="preserve">with our youngsters and loyal </w:t>
      </w:r>
      <w:proofErr w:type="spellStart"/>
      <w:r>
        <w:rPr>
          <w:rFonts w:ascii="Verdana" w:hAnsi="Verdana"/>
          <w:sz w:val="20"/>
        </w:rPr>
        <w:t>oldies</w:t>
      </w:r>
      <w:r w:rsidR="00FE4446">
        <w:rPr>
          <w:rFonts w:ascii="Verdana" w:hAnsi="Verdana"/>
          <w:sz w:val="20"/>
        </w:rPr>
        <w:t>;</w:t>
      </w:r>
      <w:r>
        <w:rPr>
          <w:rFonts w:ascii="Verdana" w:hAnsi="Verdana"/>
          <w:sz w:val="20"/>
        </w:rPr>
        <w:t>Jo</w:t>
      </w:r>
      <w:proofErr w:type="spellEnd"/>
      <w:r>
        <w:rPr>
          <w:rFonts w:ascii="Verdana" w:hAnsi="Verdana"/>
          <w:sz w:val="20"/>
        </w:rPr>
        <w:t xml:space="preserve"> and Kyla</w:t>
      </w:r>
      <w:r w:rsidR="0032342E">
        <w:rPr>
          <w:rFonts w:ascii="Verdana" w:hAnsi="Verdana"/>
          <w:sz w:val="20"/>
        </w:rPr>
        <w:t>,</w:t>
      </w:r>
      <w:r w:rsidR="00FE4446">
        <w:rPr>
          <w:rFonts w:ascii="Verdana" w:hAnsi="Verdana"/>
          <w:sz w:val="20"/>
        </w:rPr>
        <w:t xml:space="preserve"> the stalwarts</w:t>
      </w:r>
      <w:r w:rsidR="0032342E">
        <w:rPr>
          <w:rFonts w:ascii="Verdana" w:hAnsi="Verdana"/>
          <w:sz w:val="20"/>
        </w:rPr>
        <w:t>,</w:t>
      </w:r>
      <w:r w:rsidR="00FE4446">
        <w:rPr>
          <w:rFonts w:ascii="Verdana" w:hAnsi="Verdana"/>
          <w:sz w:val="20"/>
        </w:rPr>
        <w:t xml:space="preserve"> holidays permitting!</w:t>
      </w:r>
      <w:r>
        <w:rPr>
          <w:rFonts w:ascii="Verdana" w:hAnsi="Verdana"/>
          <w:sz w:val="20"/>
        </w:rPr>
        <w:t>, and Kerry making brief appearances where availability and triathlons permitted</w:t>
      </w:r>
      <w:r w:rsidR="00377A40">
        <w:rPr>
          <w:rFonts w:ascii="Verdana" w:hAnsi="Verdana"/>
          <w:sz w:val="20"/>
        </w:rPr>
        <w:t xml:space="preserve">; </w:t>
      </w:r>
      <w:r w:rsidR="00FE4446">
        <w:rPr>
          <w:rFonts w:ascii="Verdana" w:hAnsi="Verdana"/>
          <w:sz w:val="20"/>
        </w:rPr>
        <w:t xml:space="preserve"> even a foray in goal by Jen Gaywood</w:t>
      </w:r>
      <w:r>
        <w:rPr>
          <w:rFonts w:ascii="Verdana" w:hAnsi="Verdana"/>
          <w:sz w:val="20"/>
        </w:rPr>
        <w:t xml:space="preserve">. </w:t>
      </w:r>
      <w:r w:rsidR="00377A40">
        <w:rPr>
          <w:rFonts w:ascii="Verdana" w:hAnsi="Verdana"/>
          <w:sz w:val="20"/>
        </w:rPr>
        <w:t xml:space="preserve">We even had a brief appearance from </w:t>
      </w:r>
      <w:r>
        <w:rPr>
          <w:rFonts w:ascii="Verdana" w:hAnsi="Verdana"/>
          <w:sz w:val="20"/>
        </w:rPr>
        <w:t xml:space="preserve">Sue Hutchings </w:t>
      </w:r>
      <w:r w:rsidR="00377A40">
        <w:rPr>
          <w:rFonts w:ascii="Verdana" w:hAnsi="Verdana"/>
          <w:sz w:val="20"/>
        </w:rPr>
        <w:t>but walking football holidays and grandma duties won over hockey this time.</w:t>
      </w:r>
      <w:r>
        <w:rPr>
          <w:rFonts w:ascii="Verdana" w:hAnsi="Verdana"/>
          <w:sz w:val="20"/>
        </w:rPr>
        <w:t xml:space="preserve"> We were pleased to have Lucy the Dynamo and Abby</w:t>
      </w:r>
      <w:r w:rsidR="00FE4446">
        <w:rPr>
          <w:rFonts w:ascii="Verdana" w:hAnsi="Verdana"/>
          <w:sz w:val="20"/>
        </w:rPr>
        <w:t xml:space="preserve"> throughout the season but </w:t>
      </w:r>
      <w:proofErr w:type="gramStart"/>
      <w:r w:rsidR="00FE4446">
        <w:rPr>
          <w:rFonts w:ascii="Verdana" w:hAnsi="Verdana"/>
          <w:sz w:val="20"/>
        </w:rPr>
        <w:t>Abby</w:t>
      </w:r>
      <w:r>
        <w:rPr>
          <w:rFonts w:ascii="Verdana" w:hAnsi="Verdana"/>
          <w:sz w:val="20"/>
        </w:rPr>
        <w:t xml:space="preserve">  has</w:t>
      </w:r>
      <w:proofErr w:type="gramEnd"/>
      <w:r>
        <w:rPr>
          <w:rFonts w:ascii="Verdana" w:hAnsi="Verdana"/>
          <w:sz w:val="20"/>
        </w:rPr>
        <w:t xml:space="preserve"> obviously been spotted by the 2s. We are hopeful that Ange will play more next season. Thanks</w:t>
      </w:r>
      <w:r w:rsidR="002271A8">
        <w:rPr>
          <w:rFonts w:ascii="Verdana" w:hAnsi="Verdana"/>
          <w:sz w:val="20"/>
        </w:rPr>
        <w:t xml:space="preserve"> also</w:t>
      </w:r>
      <w:r>
        <w:rPr>
          <w:rFonts w:ascii="Verdana" w:hAnsi="Verdana"/>
          <w:sz w:val="20"/>
        </w:rPr>
        <w:t xml:space="preserve"> </w:t>
      </w:r>
      <w:proofErr w:type="gramStart"/>
      <w:r>
        <w:rPr>
          <w:rFonts w:ascii="Verdana" w:hAnsi="Verdana"/>
          <w:sz w:val="20"/>
        </w:rPr>
        <w:t xml:space="preserve">to </w:t>
      </w:r>
      <w:r w:rsidR="00377A40">
        <w:rPr>
          <w:rFonts w:ascii="Verdana" w:hAnsi="Verdana"/>
          <w:sz w:val="20"/>
        </w:rPr>
        <w:t xml:space="preserve"> help</w:t>
      </w:r>
      <w:proofErr w:type="gramEnd"/>
      <w:r w:rsidR="00377A40">
        <w:rPr>
          <w:rFonts w:ascii="Verdana" w:hAnsi="Verdana"/>
          <w:sz w:val="20"/>
        </w:rPr>
        <w:t xml:space="preserve"> from the 2s  when we need</w:t>
      </w:r>
      <w:r w:rsidR="002271A8">
        <w:rPr>
          <w:rFonts w:ascii="Verdana" w:hAnsi="Verdana"/>
          <w:sz w:val="20"/>
        </w:rPr>
        <w:t>ed</w:t>
      </w:r>
      <w:r w:rsidR="00377A40">
        <w:rPr>
          <w:rFonts w:ascii="Verdana" w:hAnsi="Verdana"/>
          <w:sz w:val="20"/>
        </w:rPr>
        <w:t xml:space="preserve"> bolstering ,</w:t>
      </w:r>
      <w:r>
        <w:rPr>
          <w:rFonts w:ascii="Verdana" w:hAnsi="Verdana"/>
          <w:sz w:val="20"/>
        </w:rPr>
        <w:t>Rachel Gr</w:t>
      </w:r>
      <w:r w:rsidR="00377A40">
        <w:rPr>
          <w:rFonts w:ascii="Verdana" w:hAnsi="Verdana"/>
          <w:sz w:val="20"/>
        </w:rPr>
        <w:t>y</w:t>
      </w:r>
      <w:r>
        <w:rPr>
          <w:rFonts w:ascii="Verdana" w:hAnsi="Verdana"/>
          <w:sz w:val="20"/>
        </w:rPr>
        <w:t>lls  Millie</w:t>
      </w:r>
      <w:r w:rsidR="00377A40">
        <w:rPr>
          <w:rFonts w:ascii="Verdana" w:hAnsi="Verdana"/>
          <w:sz w:val="20"/>
        </w:rPr>
        <w:t xml:space="preserve"> Snodin</w:t>
      </w:r>
      <w:r>
        <w:rPr>
          <w:rFonts w:ascii="Verdana" w:hAnsi="Verdana"/>
          <w:sz w:val="20"/>
        </w:rPr>
        <w:t xml:space="preserve"> </w:t>
      </w:r>
      <w:r w:rsidR="00FE4446">
        <w:rPr>
          <w:rFonts w:ascii="Verdana" w:hAnsi="Verdana"/>
          <w:sz w:val="20"/>
        </w:rPr>
        <w:t>G</w:t>
      </w:r>
      <w:r>
        <w:rPr>
          <w:rFonts w:ascii="Verdana" w:hAnsi="Verdana"/>
          <w:sz w:val="20"/>
        </w:rPr>
        <w:t xml:space="preserve">enny </w:t>
      </w:r>
      <w:r w:rsidR="00FE4446">
        <w:rPr>
          <w:rFonts w:ascii="Verdana" w:hAnsi="Verdana"/>
          <w:sz w:val="20"/>
        </w:rPr>
        <w:t xml:space="preserve">Bria and </w:t>
      </w:r>
      <w:r>
        <w:rPr>
          <w:rFonts w:ascii="Verdana" w:hAnsi="Verdana"/>
          <w:sz w:val="20"/>
        </w:rPr>
        <w:t xml:space="preserve">Cath </w:t>
      </w:r>
      <w:r w:rsidR="00377A40">
        <w:rPr>
          <w:rFonts w:ascii="Verdana" w:hAnsi="Verdana"/>
          <w:sz w:val="20"/>
        </w:rPr>
        <w:t>much appreciated.</w:t>
      </w:r>
    </w:p>
    <w:p w:rsidR="00377A40" w:rsidRDefault="001C3C35">
      <w:pPr>
        <w:spacing w:after="120" w:line="240" w:lineRule="auto"/>
        <w:jc w:val="both"/>
        <w:rPr>
          <w:rFonts w:ascii="Verdana" w:hAnsi="Verdana"/>
          <w:sz w:val="20"/>
        </w:rPr>
      </w:pPr>
      <w:r>
        <w:rPr>
          <w:rFonts w:ascii="Verdana" w:hAnsi="Verdana"/>
          <w:sz w:val="20"/>
        </w:rPr>
        <w:t>There were numerous player of the match awards shared</w:t>
      </w:r>
      <w:r w:rsidR="00FE4446">
        <w:rPr>
          <w:rFonts w:ascii="Verdana" w:hAnsi="Verdana"/>
          <w:sz w:val="20"/>
        </w:rPr>
        <w:t xml:space="preserve"> throughout the team</w:t>
      </w:r>
      <w:r>
        <w:rPr>
          <w:rFonts w:ascii="Verdana" w:hAnsi="Verdana"/>
          <w:sz w:val="20"/>
        </w:rPr>
        <w:t xml:space="preserve"> with some great team performances. We had some hilarious moments: Jo </w:t>
      </w:r>
      <w:proofErr w:type="spellStart"/>
      <w:r>
        <w:rPr>
          <w:rFonts w:ascii="Verdana" w:hAnsi="Verdana"/>
          <w:sz w:val="20"/>
        </w:rPr>
        <w:t>Rend</w:t>
      </w:r>
      <w:r w:rsidR="00FE4446">
        <w:rPr>
          <w:rFonts w:ascii="Verdana" w:hAnsi="Verdana"/>
          <w:sz w:val="20"/>
        </w:rPr>
        <w:t>le</w:t>
      </w:r>
      <w:r>
        <w:rPr>
          <w:rFonts w:ascii="Verdana" w:hAnsi="Verdana"/>
          <w:sz w:val="20"/>
        </w:rPr>
        <w:t>l</w:t>
      </w:r>
      <w:proofErr w:type="spellEnd"/>
      <w:r w:rsidR="00377A40">
        <w:rPr>
          <w:rFonts w:ascii="Verdana" w:hAnsi="Verdana"/>
          <w:sz w:val="20"/>
        </w:rPr>
        <w:t xml:space="preserve"> </w:t>
      </w:r>
      <w:r>
        <w:rPr>
          <w:rFonts w:ascii="Verdana" w:hAnsi="Verdana"/>
          <w:sz w:val="20"/>
        </w:rPr>
        <w:t>for</w:t>
      </w:r>
      <w:r w:rsidR="00FE4446">
        <w:rPr>
          <w:rFonts w:ascii="Verdana" w:hAnsi="Verdana"/>
          <w:sz w:val="20"/>
        </w:rPr>
        <w:t xml:space="preserve"> </w:t>
      </w:r>
      <w:r>
        <w:rPr>
          <w:rFonts w:ascii="Verdana" w:hAnsi="Verdana"/>
          <w:sz w:val="20"/>
        </w:rPr>
        <w:t>getting a card</w:t>
      </w:r>
      <w:r w:rsidR="00377A40">
        <w:rPr>
          <w:rFonts w:ascii="Verdana" w:hAnsi="Verdana"/>
          <w:sz w:val="20"/>
        </w:rPr>
        <w:t xml:space="preserve"> questioning the umpire only having one </w:t>
      </w:r>
      <w:r w:rsidR="002271A8">
        <w:rPr>
          <w:rFonts w:ascii="Verdana" w:hAnsi="Verdana"/>
          <w:sz w:val="20"/>
        </w:rPr>
        <w:t>arm,</w:t>
      </w:r>
      <w:r>
        <w:rPr>
          <w:rFonts w:ascii="Verdana" w:hAnsi="Verdana"/>
          <w:sz w:val="20"/>
        </w:rPr>
        <w:t xml:space="preserve"> Emma forgetting her stick, Arcadia missing the game altogether, and Beth with a </w:t>
      </w:r>
      <w:r w:rsidR="002271A8">
        <w:rPr>
          <w:rFonts w:ascii="Verdana" w:hAnsi="Verdana"/>
          <w:sz w:val="20"/>
        </w:rPr>
        <w:t>moldy</w:t>
      </w:r>
      <w:r>
        <w:rPr>
          <w:rFonts w:ascii="Verdana" w:hAnsi="Verdana"/>
          <w:sz w:val="20"/>
        </w:rPr>
        <w:t xml:space="preserve"> gum shield</w:t>
      </w:r>
      <w:r w:rsidR="00377A40">
        <w:rPr>
          <w:rFonts w:ascii="Verdana" w:hAnsi="Verdana"/>
          <w:sz w:val="20"/>
        </w:rPr>
        <w:t>. There is a great team spirit and the girls who played for the 4s last season have stepped up in their attitude, commitment and skills.</w:t>
      </w:r>
    </w:p>
    <w:p w:rsidR="00377A40" w:rsidRDefault="00377A40">
      <w:pPr>
        <w:spacing w:after="120" w:line="240" w:lineRule="auto"/>
        <w:jc w:val="both"/>
        <w:rPr>
          <w:rFonts w:ascii="Verdana" w:hAnsi="Verdana"/>
          <w:sz w:val="20"/>
        </w:rPr>
      </w:pPr>
      <w:r>
        <w:rPr>
          <w:rFonts w:ascii="Verdana" w:hAnsi="Verdana"/>
          <w:sz w:val="20"/>
        </w:rPr>
        <w:t>T</w:t>
      </w:r>
      <w:r w:rsidR="001C3C35">
        <w:rPr>
          <w:rFonts w:ascii="Verdana" w:hAnsi="Verdana"/>
          <w:sz w:val="20"/>
        </w:rPr>
        <w:t xml:space="preserve">hanks this season to my Chief Admin Assistant Jenny Gaywood </w:t>
      </w:r>
      <w:r w:rsidR="00FE4446">
        <w:rPr>
          <w:rFonts w:ascii="Verdana" w:hAnsi="Verdana"/>
          <w:sz w:val="20"/>
        </w:rPr>
        <w:t>for chasing in the week and GMS notification</w:t>
      </w:r>
      <w:r>
        <w:rPr>
          <w:rFonts w:ascii="Verdana" w:hAnsi="Verdana"/>
          <w:sz w:val="20"/>
        </w:rPr>
        <w:t xml:space="preserve">. We miss her playing but our loss has been the Development Plan gain and </w:t>
      </w:r>
      <w:r w:rsidR="002271A8">
        <w:rPr>
          <w:rFonts w:ascii="Verdana" w:hAnsi="Verdana"/>
          <w:sz w:val="20"/>
        </w:rPr>
        <w:t>retired life</w:t>
      </w:r>
      <w:r>
        <w:rPr>
          <w:rFonts w:ascii="Verdana" w:hAnsi="Verdana"/>
          <w:sz w:val="20"/>
        </w:rPr>
        <w:t>!!!</w:t>
      </w:r>
    </w:p>
    <w:p w:rsidR="00377A40" w:rsidRDefault="00377A40">
      <w:pPr>
        <w:spacing w:after="120" w:line="240" w:lineRule="auto"/>
        <w:jc w:val="both"/>
        <w:rPr>
          <w:rFonts w:ascii="Verdana" w:hAnsi="Verdana"/>
          <w:sz w:val="20"/>
        </w:rPr>
      </w:pPr>
      <w:r>
        <w:rPr>
          <w:rFonts w:ascii="Verdana" w:hAnsi="Verdana"/>
          <w:sz w:val="20"/>
        </w:rPr>
        <w:t>V</w:t>
      </w:r>
      <w:r w:rsidR="00FE4446">
        <w:rPr>
          <w:rFonts w:ascii="Verdana" w:hAnsi="Verdana"/>
          <w:sz w:val="20"/>
        </w:rPr>
        <w:t xml:space="preserve">ery many thanks </w:t>
      </w:r>
      <w:r w:rsidR="001C3C35">
        <w:rPr>
          <w:rFonts w:ascii="Verdana" w:hAnsi="Verdana"/>
          <w:sz w:val="20"/>
        </w:rPr>
        <w:t>to Simon Lamb for his coaching of the 3rd team</w:t>
      </w:r>
      <w:r w:rsidR="00FE4446">
        <w:rPr>
          <w:rFonts w:ascii="Verdana" w:hAnsi="Verdana"/>
          <w:sz w:val="20"/>
        </w:rPr>
        <w:t xml:space="preserve"> (the girls do listen but in a one eared way whilst talking!)</w:t>
      </w:r>
      <w:r w:rsidR="001C3C35">
        <w:rPr>
          <w:rFonts w:ascii="Verdana" w:hAnsi="Verdana"/>
          <w:sz w:val="20"/>
        </w:rPr>
        <w:t xml:space="preserve">, </w:t>
      </w:r>
      <w:r>
        <w:rPr>
          <w:rFonts w:ascii="Verdana" w:hAnsi="Verdana"/>
          <w:sz w:val="20"/>
        </w:rPr>
        <w:t xml:space="preserve">we have also benefitted from Jason Cole as </w:t>
      </w:r>
      <w:r w:rsidR="001C3C35">
        <w:rPr>
          <w:rFonts w:ascii="Verdana" w:hAnsi="Verdana"/>
          <w:sz w:val="20"/>
        </w:rPr>
        <w:t xml:space="preserve">a late </w:t>
      </w:r>
      <w:proofErr w:type="gramStart"/>
      <w:r w:rsidR="001C3C35">
        <w:rPr>
          <w:rFonts w:ascii="Verdana" w:hAnsi="Verdana"/>
          <w:sz w:val="20"/>
        </w:rPr>
        <w:t xml:space="preserve">entry </w:t>
      </w:r>
      <w:r w:rsidR="00FE4446">
        <w:rPr>
          <w:rFonts w:ascii="Verdana" w:hAnsi="Verdana"/>
          <w:sz w:val="20"/>
        </w:rPr>
        <w:t xml:space="preserve"> as</w:t>
      </w:r>
      <w:proofErr w:type="gramEnd"/>
      <w:r w:rsidR="00FE4446">
        <w:rPr>
          <w:rFonts w:ascii="Verdana" w:hAnsi="Verdana"/>
          <w:sz w:val="20"/>
        </w:rPr>
        <w:t xml:space="preserve"> assistant coach</w:t>
      </w:r>
      <w:r>
        <w:rPr>
          <w:rFonts w:ascii="Verdana" w:hAnsi="Verdana"/>
          <w:sz w:val="20"/>
        </w:rPr>
        <w:t>. He</w:t>
      </w:r>
      <w:r w:rsidR="001C3C35">
        <w:rPr>
          <w:rFonts w:ascii="Verdana" w:hAnsi="Verdana"/>
          <w:sz w:val="20"/>
        </w:rPr>
        <w:t xml:space="preserve"> was a great help after </w:t>
      </w:r>
      <w:proofErr w:type="gramStart"/>
      <w:r w:rsidR="001C3C35">
        <w:rPr>
          <w:rFonts w:ascii="Verdana" w:hAnsi="Verdana"/>
          <w:sz w:val="20"/>
        </w:rPr>
        <w:t>Christmas  with</w:t>
      </w:r>
      <w:proofErr w:type="gramEnd"/>
      <w:r w:rsidR="00FE4446">
        <w:rPr>
          <w:rFonts w:ascii="Verdana" w:hAnsi="Verdana"/>
          <w:sz w:val="20"/>
        </w:rPr>
        <w:t xml:space="preserve"> Tuesday</w:t>
      </w:r>
      <w:r w:rsidR="001C3C35">
        <w:rPr>
          <w:rFonts w:ascii="Verdana" w:hAnsi="Verdana"/>
          <w:sz w:val="20"/>
        </w:rPr>
        <w:t xml:space="preserve"> coaching, subbing on a Saturday, and helping to manage the side whilst I was in goal or missing umpiring. </w:t>
      </w:r>
      <w:r>
        <w:rPr>
          <w:rFonts w:ascii="Verdana" w:hAnsi="Verdana"/>
          <w:sz w:val="20"/>
        </w:rPr>
        <w:t xml:space="preserve">The team set up and understanding has benefitted from </w:t>
      </w:r>
      <w:proofErr w:type="gramStart"/>
      <w:r>
        <w:rPr>
          <w:rFonts w:ascii="Verdana" w:hAnsi="Verdana"/>
          <w:sz w:val="20"/>
        </w:rPr>
        <w:t xml:space="preserve">both </w:t>
      </w:r>
      <w:r w:rsidR="00B65060">
        <w:rPr>
          <w:rFonts w:ascii="Verdana" w:hAnsi="Verdana"/>
          <w:sz w:val="20"/>
        </w:rPr>
        <w:t xml:space="preserve"> with</w:t>
      </w:r>
      <w:proofErr w:type="gramEnd"/>
      <w:r w:rsidR="00B65060">
        <w:rPr>
          <w:rFonts w:ascii="Verdana" w:hAnsi="Verdana"/>
          <w:sz w:val="20"/>
        </w:rPr>
        <w:t xml:space="preserve"> </w:t>
      </w:r>
      <w:r>
        <w:rPr>
          <w:rFonts w:ascii="Verdana" w:hAnsi="Verdana"/>
          <w:sz w:val="20"/>
        </w:rPr>
        <w:t>their input</w:t>
      </w:r>
      <w:r w:rsidR="00B65060">
        <w:rPr>
          <w:rFonts w:ascii="Verdana" w:hAnsi="Verdana"/>
          <w:sz w:val="20"/>
        </w:rPr>
        <w:t xml:space="preserve"> and effort</w:t>
      </w:r>
      <w:r>
        <w:rPr>
          <w:rFonts w:ascii="Verdana" w:hAnsi="Verdana"/>
          <w:sz w:val="20"/>
        </w:rPr>
        <w:t>.</w:t>
      </w:r>
    </w:p>
    <w:p w:rsidR="00B65060" w:rsidRDefault="001C3C35">
      <w:pPr>
        <w:spacing w:after="120" w:line="240" w:lineRule="auto"/>
        <w:jc w:val="both"/>
        <w:rPr>
          <w:rFonts w:ascii="Verdana" w:hAnsi="Verdana"/>
          <w:sz w:val="20"/>
        </w:rPr>
      </w:pPr>
      <w:r>
        <w:rPr>
          <w:rFonts w:ascii="Verdana" w:hAnsi="Verdana"/>
          <w:sz w:val="20"/>
        </w:rPr>
        <w:t>Thanks also to the girls</w:t>
      </w:r>
      <w:r w:rsidR="00377A40">
        <w:rPr>
          <w:rFonts w:ascii="Verdana" w:hAnsi="Verdana"/>
          <w:sz w:val="20"/>
        </w:rPr>
        <w:t xml:space="preserve"> and Ladies</w:t>
      </w:r>
      <w:r>
        <w:rPr>
          <w:rFonts w:ascii="Verdana" w:hAnsi="Verdana"/>
          <w:sz w:val="20"/>
        </w:rPr>
        <w:t xml:space="preserve"> who played this season. I hope</w:t>
      </w:r>
      <w:r w:rsidR="00377A40">
        <w:rPr>
          <w:rFonts w:ascii="Verdana" w:hAnsi="Verdana"/>
          <w:sz w:val="20"/>
        </w:rPr>
        <w:t xml:space="preserve"> for</w:t>
      </w:r>
      <w:r>
        <w:rPr>
          <w:rFonts w:ascii="Verdana" w:hAnsi="Verdana"/>
          <w:sz w:val="20"/>
        </w:rPr>
        <w:t xml:space="preserve"> </w:t>
      </w:r>
      <w:r w:rsidR="00B65060">
        <w:rPr>
          <w:rFonts w:ascii="Verdana" w:hAnsi="Verdana"/>
          <w:sz w:val="20"/>
        </w:rPr>
        <w:t xml:space="preserve">the girls </w:t>
      </w:r>
      <w:r>
        <w:rPr>
          <w:rFonts w:ascii="Verdana" w:hAnsi="Verdana"/>
          <w:sz w:val="20"/>
        </w:rPr>
        <w:t xml:space="preserve">that they have really developed a taste for playing hockey on Saturdays. Their loyalty to the team has been </w:t>
      </w:r>
      <w:r w:rsidR="002271A8">
        <w:rPr>
          <w:rFonts w:ascii="Verdana" w:hAnsi="Verdana"/>
          <w:sz w:val="20"/>
        </w:rPr>
        <w:t>great</w:t>
      </w:r>
      <w:r>
        <w:rPr>
          <w:rFonts w:ascii="Verdana" w:hAnsi="Verdana"/>
          <w:sz w:val="20"/>
        </w:rPr>
        <w:t xml:space="preserve"> </w:t>
      </w:r>
      <w:r w:rsidR="00FE4446">
        <w:rPr>
          <w:rFonts w:ascii="Verdana" w:hAnsi="Verdana"/>
          <w:sz w:val="20"/>
        </w:rPr>
        <w:t>but it has been a balancing act</w:t>
      </w:r>
      <w:r>
        <w:rPr>
          <w:rFonts w:ascii="Verdana" w:hAnsi="Verdana"/>
          <w:sz w:val="20"/>
        </w:rPr>
        <w:t xml:space="preserve"> with them</w:t>
      </w:r>
      <w:r w:rsidR="00377A40">
        <w:rPr>
          <w:rFonts w:ascii="Verdana" w:hAnsi="Verdana"/>
          <w:sz w:val="20"/>
        </w:rPr>
        <w:t xml:space="preserve"> all</w:t>
      </w:r>
      <w:r>
        <w:rPr>
          <w:rFonts w:ascii="Verdana" w:hAnsi="Verdana"/>
          <w:sz w:val="20"/>
        </w:rPr>
        <w:t xml:space="preserve">: </w:t>
      </w:r>
      <w:r w:rsidR="00B65060">
        <w:rPr>
          <w:rFonts w:ascii="Verdana" w:hAnsi="Verdana"/>
          <w:sz w:val="20"/>
        </w:rPr>
        <w:t xml:space="preserve">with so many different and varied interests competing with </w:t>
      </w:r>
      <w:proofErr w:type="gramStart"/>
      <w:r w:rsidR="00B65060">
        <w:rPr>
          <w:rFonts w:ascii="Verdana" w:hAnsi="Verdana"/>
          <w:sz w:val="20"/>
        </w:rPr>
        <w:t>hockey :</w:t>
      </w:r>
      <w:proofErr w:type="gramEnd"/>
      <w:r w:rsidR="00B65060">
        <w:rPr>
          <w:rFonts w:ascii="Verdana" w:hAnsi="Verdana"/>
          <w:sz w:val="20"/>
        </w:rPr>
        <w:t xml:space="preserve"> </w:t>
      </w:r>
      <w:r>
        <w:rPr>
          <w:rFonts w:ascii="Verdana" w:hAnsi="Verdana"/>
          <w:sz w:val="20"/>
        </w:rPr>
        <w:t xml:space="preserve">orchestra, Ten </w:t>
      </w:r>
      <w:proofErr w:type="spellStart"/>
      <w:r>
        <w:rPr>
          <w:rFonts w:ascii="Verdana" w:hAnsi="Verdana"/>
          <w:sz w:val="20"/>
        </w:rPr>
        <w:t>Tors</w:t>
      </w:r>
      <w:proofErr w:type="spellEnd"/>
      <w:r>
        <w:rPr>
          <w:rFonts w:ascii="Verdana" w:hAnsi="Verdana"/>
          <w:sz w:val="20"/>
        </w:rPr>
        <w:t xml:space="preserve">, </w:t>
      </w:r>
      <w:proofErr w:type="spellStart"/>
      <w:r>
        <w:rPr>
          <w:rFonts w:ascii="Verdana" w:hAnsi="Verdana"/>
          <w:sz w:val="20"/>
        </w:rPr>
        <w:t>synchronised</w:t>
      </w:r>
      <w:proofErr w:type="spellEnd"/>
      <w:r>
        <w:rPr>
          <w:rFonts w:ascii="Verdana" w:hAnsi="Verdana"/>
          <w:sz w:val="20"/>
        </w:rPr>
        <w:t xml:space="preserve"> swimming,</w:t>
      </w:r>
      <w:r w:rsidR="00B65060">
        <w:rPr>
          <w:rFonts w:ascii="Verdana" w:hAnsi="Verdana"/>
          <w:sz w:val="20"/>
        </w:rPr>
        <w:t xml:space="preserve"> volunteering</w:t>
      </w:r>
      <w:r w:rsidR="002271A8">
        <w:rPr>
          <w:rFonts w:ascii="Verdana" w:hAnsi="Verdana"/>
          <w:sz w:val="20"/>
        </w:rPr>
        <w:t>, climbing</w:t>
      </w:r>
      <w:r w:rsidR="00B65060">
        <w:rPr>
          <w:rFonts w:ascii="Verdana" w:hAnsi="Verdana"/>
          <w:sz w:val="20"/>
        </w:rPr>
        <w:t>. The ladies who play have brought a great balance</w:t>
      </w:r>
      <w:r w:rsidR="002271A8">
        <w:rPr>
          <w:rFonts w:ascii="Verdana" w:hAnsi="Verdana"/>
          <w:sz w:val="20"/>
        </w:rPr>
        <w:t xml:space="preserve">, obvious skill </w:t>
      </w:r>
      <w:r w:rsidR="00B65060">
        <w:rPr>
          <w:rFonts w:ascii="Verdana" w:hAnsi="Verdana"/>
          <w:sz w:val="20"/>
        </w:rPr>
        <w:t xml:space="preserve">and maturity to the team and been a great support to me -there </w:t>
      </w:r>
      <w:r w:rsidR="002271A8">
        <w:rPr>
          <w:rFonts w:ascii="Verdana" w:hAnsi="Verdana"/>
          <w:sz w:val="20"/>
        </w:rPr>
        <w:t xml:space="preserve">does </w:t>
      </w:r>
      <w:r w:rsidR="00B65060">
        <w:rPr>
          <w:rFonts w:ascii="Verdana" w:hAnsi="Verdana"/>
          <w:sz w:val="20"/>
        </w:rPr>
        <w:t>need to be a mix of age groups</w:t>
      </w:r>
      <w:r w:rsidR="002271A8">
        <w:rPr>
          <w:rFonts w:ascii="Verdana" w:hAnsi="Verdana"/>
          <w:sz w:val="20"/>
        </w:rPr>
        <w:t>;</w:t>
      </w:r>
      <w:r w:rsidR="00B65060">
        <w:rPr>
          <w:rFonts w:ascii="Verdana" w:hAnsi="Verdana"/>
          <w:sz w:val="20"/>
        </w:rPr>
        <w:t xml:space="preserve"> it is important for the learning of the game-attitudes and effort on pitch and how to support each other in a </w:t>
      </w:r>
      <w:proofErr w:type="spellStart"/>
      <w:r w:rsidR="00B65060">
        <w:rPr>
          <w:rFonts w:ascii="Verdana" w:hAnsi="Verdana"/>
          <w:sz w:val="20"/>
        </w:rPr>
        <w:t>team.</w:t>
      </w:r>
      <w:r w:rsidR="002271A8">
        <w:rPr>
          <w:rFonts w:ascii="Verdana" w:hAnsi="Verdana"/>
          <w:sz w:val="20"/>
        </w:rPr>
        <w:t>And</w:t>
      </w:r>
      <w:proofErr w:type="spellEnd"/>
      <w:r w:rsidR="002271A8">
        <w:rPr>
          <w:rFonts w:ascii="Verdana" w:hAnsi="Verdana"/>
          <w:sz w:val="20"/>
        </w:rPr>
        <w:t xml:space="preserve"> how being in a team works.</w:t>
      </w:r>
    </w:p>
    <w:p w:rsidR="00B65060" w:rsidRDefault="00B65060">
      <w:pPr>
        <w:spacing w:after="120" w:line="240" w:lineRule="auto"/>
        <w:jc w:val="both"/>
        <w:rPr>
          <w:rFonts w:ascii="Verdana" w:hAnsi="Verdana"/>
          <w:sz w:val="20"/>
        </w:rPr>
      </w:pPr>
      <w:r>
        <w:rPr>
          <w:rFonts w:ascii="Verdana" w:hAnsi="Verdana"/>
          <w:sz w:val="20"/>
        </w:rPr>
        <w:t xml:space="preserve">Thanks to all the umpires who have given up their time to help </w:t>
      </w:r>
      <w:r w:rsidR="002271A8">
        <w:rPr>
          <w:rFonts w:ascii="Verdana" w:hAnsi="Verdana"/>
          <w:sz w:val="20"/>
        </w:rPr>
        <w:t xml:space="preserve">and support </w:t>
      </w:r>
      <w:r>
        <w:rPr>
          <w:rFonts w:ascii="Verdana" w:hAnsi="Verdana"/>
          <w:sz w:val="20"/>
        </w:rPr>
        <w:t>us-Paul, Annie, Sarah Simon Jack Connabeer John Payne Benny.</w:t>
      </w:r>
    </w:p>
    <w:p w:rsidR="00B65060" w:rsidRDefault="00B65060">
      <w:pPr>
        <w:spacing w:after="120" w:line="240" w:lineRule="auto"/>
        <w:jc w:val="both"/>
        <w:rPr>
          <w:rFonts w:ascii="Verdana" w:hAnsi="Verdana"/>
          <w:sz w:val="20"/>
        </w:rPr>
      </w:pPr>
      <w:r>
        <w:rPr>
          <w:rFonts w:ascii="Verdana" w:hAnsi="Verdana"/>
          <w:sz w:val="20"/>
        </w:rPr>
        <w:t xml:space="preserve">Lastly thanks to the parents and grandparents helping to </w:t>
      </w:r>
      <w:proofErr w:type="spellStart"/>
      <w:r>
        <w:rPr>
          <w:rFonts w:ascii="Verdana" w:hAnsi="Verdana"/>
          <w:sz w:val="20"/>
        </w:rPr>
        <w:t>marshall</w:t>
      </w:r>
      <w:proofErr w:type="spellEnd"/>
      <w:r>
        <w:rPr>
          <w:rFonts w:ascii="Verdana" w:hAnsi="Verdana"/>
          <w:sz w:val="20"/>
        </w:rPr>
        <w:t xml:space="preserve"> the </w:t>
      </w:r>
      <w:proofErr w:type="gramStart"/>
      <w:r>
        <w:rPr>
          <w:rFonts w:ascii="Verdana" w:hAnsi="Verdana"/>
          <w:sz w:val="20"/>
        </w:rPr>
        <w:t>girls</w:t>
      </w:r>
      <w:proofErr w:type="gramEnd"/>
      <w:r>
        <w:rPr>
          <w:rFonts w:ascii="Verdana" w:hAnsi="Verdana"/>
          <w:sz w:val="20"/>
        </w:rPr>
        <w:t xml:space="preserve"> availability for Saturday but also for the tremendous support and encouragement from the sidelines. </w:t>
      </w:r>
      <w:proofErr w:type="gramStart"/>
      <w:r w:rsidR="002271A8">
        <w:rPr>
          <w:rFonts w:ascii="Verdana" w:hAnsi="Verdana"/>
          <w:sz w:val="20"/>
        </w:rPr>
        <w:t>So appreciated.</w:t>
      </w:r>
      <w:proofErr w:type="gramEnd"/>
    </w:p>
    <w:p w:rsidR="00A61D24" w:rsidRDefault="001C3C35">
      <w:pPr>
        <w:spacing w:after="120" w:line="240" w:lineRule="auto"/>
        <w:jc w:val="both"/>
      </w:pPr>
      <w:r>
        <w:rPr>
          <w:rFonts w:ascii="Verdana" w:hAnsi="Verdana"/>
          <w:sz w:val="20"/>
        </w:rPr>
        <w:t xml:space="preserve"> </w:t>
      </w:r>
    </w:p>
    <w:p w:rsidR="00A61D24" w:rsidRDefault="001C3C35">
      <w:pPr>
        <w:spacing w:after="120" w:line="240" w:lineRule="auto"/>
        <w:jc w:val="both"/>
      </w:pPr>
      <w:r>
        <w:rPr>
          <w:rFonts w:ascii="Verdana" w:hAnsi="Verdana"/>
          <w:sz w:val="20"/>
        </w:rPr>
        <w:t>Thank you all for a</w:t>
      </w:r>
      <w:r w:rsidR="002271A8">
        <w:rPr>
          <w:rFonts w:ascii="Verdana" w:hAnsi="Verdana"/>
          <w:sz w:val="20"/>
        </w:rPr>
        <w:t>n enjoyable</w:t>
      </w:r>
      <w:r>
        <w:rPr>
          <w:rFonts w:ascii="Verdana" w:hAnsi="Verdana"/>
          <w:sz w:val="20"/>
        </w:rPr>
        <w:t xml:space="preserve"> season.</w:t>
      </w:r>
    </w:p>
    <w:p w:rsidR="00A61D24" w:rsidRDefault="001C3C35">
      <w:pPr>
        <w:spacing w:after="120" w:line="240" w:lineRule="auto"/>
        <w:jc w:val="both"/>
      </w:pPr>
      <w:r>
        <w:rPr>
          <w:rFonts w:ascii="Verdana" w:hAnsi="Verdana"/>
          <w:sz w:val="20"/>
        </w:rPr>
        <w:lastRenderedPageBreak/>
        <w:t>Molly</w:t>
      </w:r>
      <w:r w:rsidR="00FE4446">
        <w:rPr>
          <w:rFonts w:ascii="Verdana" w:hAnsi="Verdana"/>
          <w:sz w:val="20"/>
        </w:rPr>
        <w:t xml:space="preserve"> Cole</w:t>
      </w:r>
      <w:r>
        <w:rPr>
          <w:rFonts w:ascii="Verdana" w:hAnsi="Verdana"/>
          <w:sz w:val="20"/>
        </w:rPr>
        <w:t xml:space="preserve"> Play</w:t>
      </w:r>
      <w:r w:rsidR="002271A8">
        <w:rPr>
          <w:rFonts w:ascii="Verdana" w:hAnsi="Verdana"/>
          <w:sz w:val="20"/>
        </w:rPr>
        <w:t xml:space="preserve">er-as </w:t>
      </w:r>
      <w:r>
        <w:rPr>
          <w:rFonts w:ascii="Verdana" w:hAnsi="Verdana"/>
          <w:sz w:val="20"/>
        </w:rPr>
        <w:t xml:space="preserve">voted for by the team. She has come back to hockey after a year out travelling and is </w:t>
      </w:r>
      <w:r w:rsidR="00B65060">
        <w:rPr>
          <w:rFonts w:ascii="Verdana" w:hAnsi="Verdana"/>
          <w:sz w:val="20"/>
        </w:rPr>
        <w:t>extremely</w:t>
      </w:r>
      <w:r>
        <w:rPr>
          <w:rFonts w:ascii="Verdana" w:hAnsi="Verdana"/>
          <w:sz w:val="20"/>
        </w:rPr>
        <w:t xml:space="preserve"> committed and focused on improving and making sure that she has </w:t>
      </w:r>
      <w:r w:rsidR="00B65060">
        <w:rPr>
          <w:rFonts w:ascii="Verdana" w:hAnsi="Verdana"/>
          <w:sz w:val="20"/>
        </w:rPr>
        <w:t>develops a</w:t>
      </w:r>
      <w:r>
        <w:rPr>
          <w:rFonts w:ascii="Verdana" w:hAnsi="Verdana"/>
          <w:sz w:val="20"/>
        </w:rPr>
        <w:t xml:space="preserve"> complete game of hockey. She has spent many hours having additional training sessions with her dad and through practice generally</w:t>
      </w:r>
      <w:r w:rsidR="00B65060">
        <w:rPr>
          <w:rFonts w:ascii="Verdana" w:hAnsi="Verdana"/>
          <w:sz w:val="20"/>
        </w:rPr>
        <w:t>. On</w:t>
      </w:r>
      <w:r>
        <w:rPr>
          <w:rFonts w:ascii="Verdana" w:hAnsi="Verdana"/>
          <w:sz w:val="20"/>
        </w:rPr>
        <w:t xml:space="preserve"> the pitch she is quietly turning into an amazing centre midfield player. The contribution that she makes to the team is not through great vocality</w:t>
      </w:r>
      <w:r w:rsidR="00FE4446">
        <w:rPr>
          <w:rFonts w:ascii="Verdana" w:hAnsi="Verdana"/>
          <w:sz w:val="20"/>
        </w:rPr>
        <w:t xml:space="preserve"> at the moment</w:t>
      </w:r>
      <w:r>
        <w:rPr>
          <w:rFonts w:ascii="Verdana" w:hAnsi="Verdana"/>
          <w:sz w:val="20"/>
        </w:rPr>
        <w:t xml:space="preserve"> but </w:t>
      </w:r>
      <w:r w:rsidR="00FE4446">
        <w:rPr>
          <w:rFonts w:ascii="Verdana" w:hAnsi="Verdana"/>
          <w:sz w:val="20"/>
        </w:rPr>
        <w:t>her positioning</w:t>
      </w:r>
      <w:r>
        <w:rPr>
          <w:rFonts w:ascii="Verdana" w:hAnsi="Verdana"/>
          <w:sz w:val="20"/>
        </w:rPr>
        <w:t xml:space="preserve"> and ability to be in the right place at the right time on most occasions.</w:t>
      </w:r>
      <w:r w:rsidR="00FE4446">
        <w:rPr>
          <w:rFonts w:ascii="Verdana" w:hAnsi="Verdana"/>
          <w:sz w:val="20"/>
        </w:rPr>
        <w:t xml:space="preserve"> (She is still LEARNING!!)</w:t>
      </w:r>
      <w:r>
        <w:rPr>
          <w:rFonts w:ascii="Verdana" w:hAnsi="Verdana"/>
          <w:sz w:val="20"/>
        </w:rPr>
        <w:t xml:space="preserve"> Her teammates appreciate her attitude</w:t>
      </w:r>
      <w:r w:rsidR="00B65060">
        <w:rPr>
          <w:rFonts w:ascii="Verdana" w:hAnsi="Verdana"/>
          <w:sz w:val="20"/>
        </w:rPr>
        <w:t>,</w:t>
      </w:r>
      <w:r>
        <w:rPr>
          <w:rFonts w:ascii="Verdana" w:hAnsi="Verdana"/>
          <w:sz w:val="20"/>
        </w:rPr>
        <w:t xml:space="preserve"> </w:t>
      </w:r>
      <w:r w:rsidR="00FE4446">
        <w:rPr>
          <w:rFonts w:ascii="Verdana" w:hAnsi="Verdana"/>
          <w:sz w:val="20"/>
        </w:rPr>
        <w:t xml:space="preserve">her work rate </w:t>
      </w:r>
      <w:r>
        <w:rPr>
          <w:rFonts w:ascii="Verdana" w:hAnsi="Verdana"/>
          <w:sz w:val="20"/>
        </w:rPr>
        <w:t>and her calmness. Player of the season is well deserved: Molly Cole.</w:t>
      </w:r>
    </w:p>
    <w:p w:rsidR="00A61D24" w:rsidRDefault="001C3C35">
      <w:pPr>
        <w:spacing w:after="120" w:line="240" w:lineRule="auto"/>
        <w:jc w:val="both"/>
      </w:pPr>
      <w:r>
        <w:rPr>
          <w:rFonts w:ascii="Verdana" w:hAnsi="Verdana"/>
          <w:sz w:val="20"/>
        </w:rPr>
        <w:t>Most Improved Player: Arcadia and Nula</w:t>
      </w:r>
    </w:p>
    <w:p w:rsidR="00810A92" w:rsidRDefault="00B65060">
      <w:pPr>
        <w:spacing w:after="120" w:line="240" w:lineRule="auto"/>
        <w:jc w:val="both"/>
        <w:rPr>
          <w:rFonts w:ascii="Verdana" w:hAnsi="Verdana"/>
          <w:sz w:val="20"/>
        </w:rPr>
      </w:pPr>
      <w:r>
        <w:rPr>
          <w:rFonts w:ascii="Verdana" w:hAnsi="Verdana"/>
          <w:sz w:val="20"/>
        </w:rPr>
        <w:t>Both</w:t>
      </w:r>
      <w:r w:rsidR="001C3C35">
        <w:rPr>
          <w:rFonts w:ascii="Verdana" w:hAnsi="Verdana"/>
          <w:sz w:val="20"/>
        </w:rPr>
        <w:t xml:space="preserve"> players have been nominated by the coaches and captain. </w:t>
      </w:r>
      <w:r w:rsidR="00FE4446">
        <w:rPr>
          <w:rFonts w:ascii="Verdana" w:hAnsi="Verdana"/>
          <w:sz w:val="20"/>
        </w:rPr>
        <w:t>Both</w:t>
      </w:r>
      <w:r w:rsidR="001C3C35">
        <w:rPr>
          <w:rFonts w:ascii="Verdana" w:hAnsi="Verdana"/>
          <w:sz w:val="20"/>
        </w:rPr>
        <w:t xml:space="preserve"> girls ha</w:t>
      </w:r>
      <w:r w:rsidR="00FE4446">
        <w:rPr>
          <w:rFonts w:ascii="Verdana" w:hAnsi="Verdana"/>
          <w:sz w:val="20"/>
        </w:rPr>
        <w:t xml:space="preserve">ve </w:t>
      </w:r>
      <w:r w:rsidR="001C3C35">
        <w:rPr>
          <w:rFonts w:ascii="Verdana" w:hAnsi="Verdana"/>
          <w:sz w:val="20"/>
        </w:rPr>
        <w:t>been coming for a long time in juniors</w:t>
      </w:r>
      <w:r w:rsidR="002271A8">
        <w:rPr>
          <w:rFonts w:ascii="Verdana" w:hAnsi="Verdana"/>
          <w:sz w:val="20"/>
        </w:rPr>
        <w:t>,4</w:t>
      </w:r>
      <w:r w:rsidR="002271A8" w:rsidRPr="002271A8">
        <w:rPr>
          <w:rFonts w:ascii="Verdana" w:hAnsi="Verdana"/>
          <w:sz w:val="20"/>
          <w:vertAlign w:val="superscript"/>
        </w:rPr>
        <w:t>th</w:t>
      </w:r>
      <w:r w:rsidR="002271A8">
        <w:rPr>
          <w:rFonts w:ascii="Verdana" w:hAnsi="Verdana"/>
          <w:sz w:val="20"/>
        </w:rPr>
        <w:t xml:space="preserve"> team and now 3rds,</w:t>
      </w:r>
      <w:r w:rsidR="001C3C35">
        <w:rPr>
          <w:rFonts w:ascii="Verdana" w:hAnsi="Verdana"/>
          <w:sz w:val="20"/>
        </w:rPr>
        <w:t xml:space="preserve"> </w:t>
      </w:r>
      <w:r w:rsidR="00FE4446">
        <w:rPr>
          <w:rFonts w:ascii="Verdana" w:hAnsi="Verdana"/>
          <w:sz w:val="20"/>
        </w:rPr>
        <w:t>each</w:t>
      </w:r>
      <w:r w:rsidR="001C3C35">
        <w:rPr>
          <w:rFonts w:ascii="Verdana" w:hAnsi="Verdana"/>
          <w:sz w:val="20"/>
        </w:rPr>
        <w:t xml:space="preserve"> has discovered a love of hockey, </w:t>
      </w:r>
      <w:r w:rsidR="002271A8">
        <w:rPr>
          <w:rFonts w:ascii="Verdana" w:hAnsi="Verdana"/>
          <w:sz w:val="20"/>
        </w:rPr>
        <w:t>Arcadia</w:t>
      </w:r>
      <w:r w:rsidR="00810A92">
        <w:rPr>
          <w:rFonts w:ascii="Verdana" w:hAnsi="Verdana"/>
          <w:sz w:val="20"/>
        </w:rPr>
        <w:t xml:space="preserve"> slightly older appreciating now</w:t>
      </w:r>
      <w:r w:rsidR="001C3C35">
        <w:rPr>
          <w:rFonts w:ascii="Verdana" w:hAnsi="Verdana"/>
          <w:sz w:val="20"/>
        </w:rPr>
        <w:t xml:space="preserve">  the general well-being that comes from sport and being fit. She has worked hard at learning the various positions on the pitch </w:t>
      </w:r>
      <w:r w:rsidR="002271A8">
        <w:rPr>
          <w:rFonts w:ascii="Verdana" w:hAnsi="Verdana"/>
          <w:sz w:val="20"/>
        </w:rPr>
        <w:t>particularly</w:t>
      </w:r>
      <w:r w:rsidR="00810A92">
        <w:rPr>
          <w:rFonts w:ascii="Verdana" w:hAnsi="Verdana"/>
          <w:sz w:val="20"/>
        </w:rPr>
        <w:t xml:space="preserve"> on the left side </w:t>
      </w:r>
      <w:r w:rsidR="001C3C35">
        <w:rPr>
          <w:rFonts w:ascii="Verdana" w:hAnsi="Verdana"/>
          <w:sz w:val="20"/>
        </w:rPr>
        <w:t>and has a great attitude to playing within the team and improving. Her commitment to the game has been brilliant</w:t>
      </w:r>
      <w:r w:rsidR="00810A92">
        <w:rPr>
          <w:rFonts w:ascii="Verdana" w:hAnsi="Verdana"/>
          <w:sz w:val="20"/>
        </w:rPr>
        <w:t xml:space="preserve"> apart from one game where she over slept</w:t>
      </w:r>
      <w:proofErr w:type="gramStart"/>
      <w:r w:rsidR="00810A92">
        <w:rPr>
          <w:rFonts w:ascii="Verdana" w:hAnsi="Verdana"/>
          <w:sz w:val="20"/>
        </w:rPr>
        <w:t>!!!!!!!!</w:t>
      </w:r>
      <w:r w:rsidR="001C3C35">
        <w:rPr>
          <w:rFonts w:ascii="Verdana" w:hAnsi="Verdana"/>
          <w:sz w:val="20"/>
        </w:rPr>
        <w:t>.</w:t>
      </w:r>
      <w:proofErr w:type="gramEnd"/>
      <w:r w:rsidR="001C3C35">
        <w:rPr>
          <w:rFonts w:ascii="Verdana" w:hAnsi="Verdana"/>
          <w:sz w:val="20"/>
        </w:rPr>
        <w:t xml:space="preserve"> Hopefully, even though </w:t>
      </w:r>
      <w:r w:rsidR="002271A8">
        <w:rPr>
          <w:rFonts w:ascii="Verdana" w:hAnsi="Verdana"/>
          <w:sz w:val="20"/>
        </w:rPr>
        <w:t>Arcadia</w:t>
      </w:r>
      <w:r w:rsidR="001C3C35">
        <w:rPr>
          <w:rFonts w:ascii="Verdana" w:hAnsi="Verdana"/>
          <w:sz w:val="20"/>
        </w:rPr>
        <w:t xml:space="preserve"> has a job at weekends, we will still see her on the pitch next season as she is a great team player and deserves this award. </w:t>
      </w:r>
      <w:r w:rsidR="002271A8">
        <w:rPr>
          <w:rFonts w:ascii="Verdana" w:hAnsi="Verdana"/>
          <w:sz w:val="20"/>
        </w:rPr>
        <w:t>Nula</w:t>
      </w:r>
      <w:r w:rsidR="001C3C35">
        <w:rPr>
          <w:rFonts w:ascii="Verdana" w:hAnsi="Verdana"/>
          <w:sz w:val="20"/>
        </w:rPr>
        <w:t xml:space="preserve"> is incredibly fast and agile on the pitch. It has taken her the season, I would say, to realise her potential. </w:t>
      </w:r>
      <w:r w:rsidR="00810A92">
        <w:rPr>
          <w:rFonts w:ascii="Verdana" w:hAnsi="Verdana"/>
          <w:sz w:val="20"/>
        </w:rPr>
        <w:t>It has been tremendous to see her confidence growing</w:t>
      </w:r>
      <w:r w:rsidR="001C3C35">
        <w:rPr>
          <w:rFonts w:ascii="Verdana" w:hAnsi="Verdana"/>
          <w:sz w:val="20"/>
        </w:rPr>
        <w:t xml:space="preserve">. She has worked hard to </w:t>
      </w:r>
      <w:r w:rsidR="002271A8">
        <w:rPr>
          <w:rFonts w:ascii="Verdana" w:hAnsi="Verdana"/>
          <w:sz w:val="20"/>
        </w:rPr>
        <w:t xml:space="preserve">develop </w:t>
      </w:r>
      <w:r w:rsidR="001C3C35">
        <w:rPr>
          <w:rFonts w:ascii="Verdana" w:hAnsi="Verdana"/>
          <w:sz w:val="20"/>
        </w:rPr>
        <w:t>mov</w:t>
      </w:r>
      <w:r w:rsidR="002271A8">
        <w:rPr>
          <w:rFonts w:ascii="Verdana" w:hAnsi="Verdana"/>
          <w:sz w:val="20"/>
        </w:rPr>
        <w:t>ing</w:t>
      </w:r>
      <w:r w:rsidR="001C3C35">
        <w:rPr>
          <w:rFonts w:ascii="Verdana" w:hAnsi="Verdana"/>
          <w:sz w:val="20"/>
        </w:rPr>
        <w:t xml:space="preserve"> the ball up the pitch</w:t>
      </w:r>
      <w:r w:rsidR="002271A8">
        <w:rPr>
          <w:rFonts w:ascii="Verdana" w:hAnsi="Verdana"/>
          <w:sz w:val="20"/>
        </w:rPr>
        <w:t xml:space="preserve"> from the hit out</w:t>
      </w:r>
      <w:r w:rsidR="001C3C35">
        <w:rPr>
          <w:rFonts w:ascii="Verdana" w:hAnsi="Verdana"/>
          <w:sz w:val="20"/>
        </w:rPr>
        <w:t xml:space="preserve"> and know</w:t>
      </w:r>
      <w:r w:rsidR="002271A8">
        <w:rPr>
          <w:rFonts w:ascii="Verdana" w:hAnsi="Verdana"/>
          <w:sz w:val="20"/>
        </w:rPr>
        <w:t>ing</w:t>
      </w:r>
      <w:r w:rsidR="001C3C35">
        <w:rPr>
          <w:rFonts w:ascii="Verdana" w:hAnsi="Verdana"/>
          <w:sz w:val="20"/>
        </w:rPr>
        <w:t xml:space="preserve"> that she has the capability to do this. She has definitely started to come out of her shell and has made the position of right back, right midfield, very much her own. Both Simon and I would like to congratulate </w:t>
      </w:r>
      <w:r w:rsidR="00810A92">
        <w:rPr>
          <w:rFonts w:ascii="Verdana" w:hAnsi="Verdana"/>
          <w:sz w:val="20"/>
        </w:rPr>
        <w:t>Nula</w:t>
      </w:r>
      <w:r w:rsidR="001C3C35">
        <w:rPr>
          <w:rFonts w:ascii="Verdana" w:hAnsi="Verdana"/>
          <w:sz w:val="20"/>
        </w:rPr>
        <w:t xml:space="preserve"> on her improvement this season. </w:t>
      </w:r>
    </w:p>
    <w:p w:rsidR="002271A8" w:rsidRDefault="002271A8">
      <w:pPr>
        <w:spacing w:after="120" w:line="240" w:lineRule="auto"/>
        <w:jc w:val="both"/>
        <w:rPr>
          <w:rFonts w:ascii="Verdana" w:hAnsi="Verdana"/>
          <w:sz w:val="20"/>
        </w:rPr>
      </w:pPr>
    </w:p>
    <w:p w:rsidR="002271A8" w:rsidRDefault="002271A8">
      <w:pPr>
        <w:spacing w:after="120" w:line="240" w:lineRule="auto"/>
        <w:jc w:val="both"/>
        <w:rPr>
          <w:rFonts w:ascii="Verdana" w:hAnsi="Verdana"/>
          <w:sz w:val="20"/>
        </w:rPr>
      </w:pPr>
      <w:r>
        <w:rPr>
          <w:rFonts w:ascii="Verdana" w:hAnsi="Verdana"/>
          <w:sz w:val="20"/>
        </w:rPr>
        <w:t>Tracey Pearce</w:t>
      </w:r>
    </w:p>
    <w:sectPr w:rsidR="002271A8" w:rsidSect="00034616">
      <w:pgSz w:w="12240" w:h="15840"/>
      <w:pgMar w:top="1440" w:right="1134" w:bottom="1440"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47730"/>
    <w:rsid w:val="00034616"/>
    <w:rsid w:val="0006063C"/>
    <w:rsid w:val="001127AE"/>
    <w:rsid w:val="0015074B"/>
    <w:rsid w:val="001C3C35"/>
    <w:rsid w:val="002271A8"/>
    <w:rsid w:val="0029639D"/>
    <w:rsid w:val="0032342E"/>
    <w:rsid w:val="00326F90"/>
    <w:rsid w:val="00377A40"/>
    <w:rsid w:val="006247EC"/>
    <w:rsid w:val="00810A92"/>
    <w:rsid w:val="00814429"/>
    <w:rsid w:val="00A61D24"/>
    <w:rsid w:val="00AA1D8D"/>
    <w:rsid w:val="00B47730"/>
    <w:rsid w:val="00B65060"/>
    <w:rsid w:val="00CB0664"/>
    <w:rsid w:val="00EE6BDD"/>
    <w:rsid w:val="00FC693F"/>
    <w:rsid w:val="00FE44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BC853-EF81-459D-BD4E-AEC7F327D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828</Words>
  <Characters>4724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Claire Powlesland</cp:lastModifiedBy>
  <cp:revision>2</cp:revision>
  <dcterms:created xsi:type="dcterms:W3CDTF">2026-08-17T09:16:00Z</dcterms:created>
  <dcterms:modified xsi:type="dcterms:W3CDTF">2026-08-17T09:16:00Z</dcterms:modified>
</cp:coreProperties>
</file>